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7FFA" w14:textId="77777777" w:rsidR="00142C89" w:rsidRDefault="00000000">
      <w:pPr>
        <w:jc w:val="center"/>
        <w:rPr>
          <w:lang w:eastAsia="zh-TW"/>
        </w:rPr>
      </w:pPr>
      <w:r>
        <w:rPr>
          <w:b/>
          <w:sz w:val="36"/>
          <w:lang w:eastAsia="zh-TW"/>
        </w:rPr>
        <w:t>國立中正大學運動競技學系</w:t>
      </w:r>
    </w:p>
    <w:p w14:paraId="6D049990" w14:textId="77777777" w:rsidR="00142C89" w:rsidRDefault="00000000">
      <w:pPr>
        <w:jc w:val="center"/>
      </w:pPr>
      <w:proofErr w:type="spellStart"/>
      <w:r>
        <w:rPr>
          <w:b/>
          <w:sz w:val="30"/>
        </w:rPr>
        <w:t>課程時間異動單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530"/>
        <w:gridCol w:w="3572"/>
        <w:gridCol w:w="1530"/>
        <w:gridCol w:w="3572"/>
      </w:tblGrid>
      <w:tr w:rsidR="00142C89" w14:paraId="6DCD7190" w14:textId="77777777">
        <w:trPr>
          <w:cantSplit/>
          <w:jc w:val="center"/>
        </w:trPr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840EB0" w14:textId="77777777" w:rsidR="00142C89" w:rsidRDefault="00000000">
            <w:r>
              <w:rPr>
                <w:b/>
              </w:rPr>
              <w:t>學年度／學期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346D00" w14:textId="63640858" w:rsidR="00142C89" w:rsidRDefault="00142C89"/>
        </w:tc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466488" w14:textId="77777777" w:rsidR="00142C89" w:rsidRDefault="00000000">
            <w:r>
              <w:rPr>
                <w:b/>
              </w:rPr>
              <w:t>科目代碼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8B6C7A" w14:textId="77777777" w:rsidR="00142C89" w:rsidRDefault="00142C89"/>
        </w:tc>
      </w:tr>
      <w:tr w:rsidR="00142C89" w14:paraId="6F88A7D2" w14:textId="77777777">
        <w:trPr>
          <w:cantSplit/>
          <w:jc w:val="center"/>
        </w:trPr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8A9B11" w14:textId="77777777" w:rsidR="00142C89" w:rsidRDefault="00000000">
            <w:r>
              <w:rPr>
                <w:b/>
              </w:rPr>
              <w:t>課程名稱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6BE1D2" w14:textId="77777777" w:rsidR="00142C89" w:rsidRDefault="00142C89"/>
        </w:tc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C31EDD" w14:textId="77777777" w:rsidR="00142C89" w:rsidRDefault="00000000">
            <w:r>
              <w:rPr>
                <w:b/>
              </w:rPr>
              <w:t>開課班別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83DB81" w14:textId="77777777" w:rsidR="00142C89" w:rsidRDefault="00142C89"/>
        </w:tc>
      </w:tr>
      <w:tr w:rsidR="00142C89" w14:paraId="2090145F" w14:textId="77777777">
        <w:trPr>
          <w:cantSplit/>
          <w:jc w:val="center"/>
        </w:trPr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9B19D3" w14:textId="77777777" w:rsidR="00142C89" w:rsidRDefault="00000000">
            <w:r>
              <w:rPr>
                <w:b/>
              </w:rPr>
              <w:t>授課教師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3A9B48" w14:textId="77777777" w:rsidR="00142C89" w:rsidRDefault="00142C89"/>
        </w:tc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63D4A6" w14:textId="77777777" w:rsidR="00142C89" w:rsidRDefault="00000000">
            <w:r>
              <w:rPr>
                <w:b/>
              </w:rPr>
              <w:t>學分數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E1C6AF" w14:textId="77777777" w:rsidR="00142C89" w:rsidRDefault="00142C89"/>
        </w:tc>
      </w:tr>
      <w:tr w:rsidR="00142C89" w14:paraId="30D33B78" w14:textId="77777777">
        <w:trPr>
          <w:cantSplit/>
          <w:jc w:val="center"/>
        </w:trPr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6A5076" w14:textId="77777777" w:rsidR="00142C89" w:rsidRDefault="00000000">
            <w:r>
              <w:rPr>
                <w:b/>
              </w:rPr>
              <w:t>上課地點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9D9170" w14:textId="77777777" w:rsidR="00142C89" w:rsidRDefault="00142C89"/>
        </w:tc>
        <w:tc>
          <w:tcPr>
            <w:tcW w:w="1530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E155F8" w14:textId="77777777" w:rsidR="00142C89" w:rsidRDefault="00000000">
            <w:r>
              <w:rPr>
                <w:b/>
              </w:rPr>
              <w:t>原上課教室</w:t>
            </w:r>
          </w:p>
        </w:tc>
        <w:tc>
          <w:tcPr>
            <w:tcW w:w="357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ABF499" w14:textId="77777777" w:rsidR="00142C89" w:rsidRDefault="00142C89"/>
        </w:tc>
      </w:tr>
    </w:tbl>
    <w:p w14:paraId="329D32AD" w14:textId="77777777" w:rsidR="00142C89" w:rsidRDefault="00142C89">
      <w:pPr>
        <w:spacing w:after="20"/>
      </w:pPr>
    </w:p>
    <w:p w14:paraId="53ADE6A5" w14:textId="77777777" w:rsidR="00142C89" w:rsidRDefault="00000000">
      <w:pPr>
        <w:spacing w:before="40" w:after="60"/>
      </w:pPr>
      <w:r>
        <w:rPr>
          <w:b/>
          <w:sz w:val="23"/>
        </w:rPr>
        <w:t>一、課程時間異動內容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142C89" w14:paraId="62FBE2F0" w14:textId="77777777">
        <w:trPr>
          <w:cantSplit/>
          <w:jc w:val="center"/>
        </w:trPr>
        <w:tc>
          <w:tcPr>
            <w:tcW w:w="300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7632F0" w14:textId="77777777" w:rsidR="00142C89" w:rsidRDefault="00000000">
            <w:pPr>
              <w:jc w:val="center"/>
            </w:pPr>
            <w:r>
              <w:rPr>
                <w:b/>
              </w:rPr>
              <w:t>項目</w:t>
            </w:r>
          </w:p>
        </w:tc>
        <w:tc>
          <w:tcPr>
            <w:tcW w:w="300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8D09B6" w14:textId="77777777" w:rsidR="00142C89" w:rsidRDefault="00000000">
            <w:pPr>
              <w:jc w:val="center"/>
            </w:pPr>
            <w:r>
              <w:rPr>
                <w:b/>
              </w:rPr>
              <w:t>原上課時間</w:t>
            </w:r>
          </w:p>
        </w:tc>
        <w:tc>
          <w:tcPr>
            <w:tcW w:w="300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BA73DE" w14:textId="77777777" w:rsidR="00142C89" w:rsidRDefault="00000000">
            <w:pPr>
              <w:jc w:val="center"/>
            </w:pPr>
            <w:r>
              <w:rPr>
                <w:b/>
              </w:rPr>
              <w:t>異動後上課時間</w:t>
            </w:r>
          </w:p>
        </w:tc>
      </w:tr>
      <w:tr w:rsidR="00142C89" w14:paraId="0E163A14" w14:textId="77777777">
        <w:trPr>
          <w:cantSplit/>
          <w:jc w:val="center"/>
        </w:trPr>
        <w:tc>
          <w:tcPr>
            <w:tcW w:w="300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3E027A" w14:textId="77777777" w:rsidR="00142C89" w:rsidRDefault="00000000">
            <w:r>
              <w:rPr>
                <w:b/>
              </w:rPr>
              <w:t>星期／節次</w:t>
            </w:r>
          </w:p>
        </w:tc>
        <w:tc>
          <w:tcPr>
            <w:tcW w:w="30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F1F4BD" w14:textId="77777777" w:rsidR="00142C89" w:rsidRDefault="00000000">
            <w:r>
              <w:t xml:space="preserve">　　　　　　　　　</w:t>
            </w:r>
          </w:p>
        </w:tc>
        <w:tc>
          <w:tcPr>
            <w:tcW w:w="30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46B839" w14:textId="77777777" w:rsidR="00142C89" w:rsidRDefault="00000000">
            <w:r>
              <w:t xml:space="preserve">　　　　　　　　　</w:t>
            </w:r>
          </w:p>
        </w:tc>
      </w:tr>
      <w:tr w:rsidR="00142C89" w14:paraId="2F9C4DD2" w14:textId="77777777">
        <w:trPr>
          <w:cantSplit/>
          <w:jc w:val="center"/>
        </w:trPr>
        <w:tc>
          <w:tcPr>
            <w:tcW w:w="300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BEBCCE" w14:textId="77777777" w:rsidR="00142C89" w:rsidRDefault="00000000">
            <w:r>
              <w:rPr>
                <w:b/>
              </w:rPr>
              <w:t>日期／期間</w:t>
            </w:r>
          </w:p>
        </w:tc>
        <w:tc>
          <w:tcPr>
            <w:tcW w:w="30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5DCC68" w14:textId="77777777" w:rsidR="00142C89" w:rsidRDefault="00000000">
            <w:r>
              <w:t xml:space="preserve">　　　　　　　　　</w:t>
            </w:r>
          </w:p>
        </w:tc>
        <w:tc>
          <w:tcPr>
            <w:tcW w:w="300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7773A6" w14:textId="77777777" w:rsidR="00142C89" w:rsidRDefault="00000000">
            <w:r>
              <w:t xml:space="preserve">　　　　　　　　　</w:t>
            </w:r>
          </w:p>
        </w:tc>
      </w:tr>
    </w:tbl>
    <w:p w14:paraId="1A623E33" w14:textId="77777777" w:rsidR="00142C89" w:rsidRDefault="00142C89">
      <w:pPr>
        <w:spacing w:after="20"/>
      </w:pPr>
    </w:p>
    <w:p w14:paraId="45F8FAF6" w14:textId="77777777" w:rsidR="00142C89" w:rsidRDefault="00000000">
      <w:pPr>
        <w:spacing w:before="40" w:after="40"/>
      </w:pPr>
      <w:r>
        <w:rPr>
          <w:b/>
          <w:sz w:val="23"/>
        </w:rPr>
        <w:t>二、異動原因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142C89" w14:paraId="272F7771" w14:textId="77777777">
        <w:trPr>
          <w:jc w:val="center"/>
        </w:trPr>
        <w:tc>
          <w:tcPr>
            <w:tcW w:w="1054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C09C0C" w14:textId="77777777" w:rsidR="00142C89" w:rsidRDefault="00000000">
            <w:r>
              <w:br/>
            </w:r>
            <w:r>
              <w:br/>
            </w:r>
          </w:p>
        </w:tc>
      </w:tr>
    </w:tbl>
    <w:p w14:paraId="6305DFEC" w14:textId="77777777" w:rsidR="00142C89" w:rsidRDefault="00000000">
      <w:pPr>
        <w:spacing w:before="80" w:after="40"/>
      </w:pPr>
      <w:r>
        <w:rPr>
          <w:b/>
          <w:sz w:val="23"/>
        </w:rPr>
        <w:t>三、學生修課影響確認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270"/>
        <w:gridCol w:w="5270"/>
      </w:tblGrid>
      <w:tr w:rsidR="00142C89" w14:paraId="2E2B0DCD" w14:textId="77777777">
        <w:trPr>
          <w:cantSplit/>
          <w:jc w:val="center"/>
        </w:trPr>
        <w:tc>
          <w:tcPr>
            <w:tcW w:w="527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6C5193" w14:textId="77777777" w:rsidR="00142C89" w:rsidRDefault="00000000">
            <w:pPr>
              <w:rPr>
                <w:lang w:eastAsia="zh-TW"/>
              </w:rPr>
            </w:pPr>
            <w:r>
              <w:rPr>
                <w:sz w:val="20"/>
                <w:lang w:eastAsia="zh-TW"/>
              </w:rPr>
              <w:t>□ 已確認異動後上課時間不影響學生修課權益</w:t>
            </w:r>
          </w:p>
        </w:tc>
        <w:tc>
          <w:tcPr>
            <w:tcW w:w="527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826360" w14:textId="77777777" w:rsidR="00142C89" w:rsidRDefault="00000000">
            <w:pPr>
              <w:rPr>
                <w:lang w:eastAsia="zh-TW"/>
              </w:rPr>
            </w:pPr>
            <w:r>
              <w:rPr>
                <w:sz w:val="20"/>
                <w:lang w:eastAsia="zh-TW"/>
              </w:rPr>
              <w:t>□ 已確認無學生因課程時間異動產生</w:t>
            </w:r>
            <w:proofErr w:type="gramStart"/>
            <w:r>
              <w:rPr>
                <w:sz w:val="20"/>
                <w:lang w:eastAsia="zh-TW"/>
              </w:rPr>
              <w:t>衝</w:t>
            </w:r>
            <w:proofErr w:type="gramEnd"/>
            <w:r>
              <w:rPr>
                <w:sz w:val="20"/>
                <w:lang w:eastAsia="zh-TW"/>
              </w:rPr>
              <w:t>堂情形</w:t>
            </w:r>
          </w:p>
        </w:tc>
      </w:tr>
      <w:tr w:rsidR="00142C89" w14:paraId="2C6AAF93" w14:textId="77777777">
        <w:trPr>
          <w:cantSplit/>
          <w:jc w:val="center"/>
        </w:trPr>
        <w:tc>
          <w:tcPr>
            <w:tcW w:w="527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BD4697" w14:textId="77777777" w:rsidR="00142C89" w:rsidRDefault="00000000">
            <w:r>
              <w:rPr>
                <w:sz w:val="20"/>
              </w:rPr>
              <w:t xml:space="preserve">□ </w:t>
            </w:r>
            <w:proofErr w:type="spellStart"/>
            <w:r>
              <w:rPr>
                <w:sz w:val="20"/>
              </w:rPr>
              <w:t>已通知修課學生</w:t>
            </w:r>
            <w:proofErr w:type="spellEnd"/>
          </w:p>
        </w:tc>
        <w:tc>
          <w:tcPr>
            <w:tcW w:w="527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49F5E2" w14:textId="77777777" w:rsidR="00142C89" w:rsidRDefault="00000000">
            <w:r>
              <w:rPr>
                <w:sz w:val="20"/>
              </w:rPr>
              <w:t>□ 其他：________________________________________</w:t>
            </w:r>
          </w:p>
        </w:tc>
      </w:tr>
    </w:tbl>
    <w:p w14:paraId="13DE7764" w14:textId="77777777" w:rsidR="00142C89" w:rsidRDefault="00000000">
      <w:pPr>
        <w:spacing w:before="80" w:after="40"/>
      </w:pPr>
      <w:r>
        <w:rPr>
          <w:b/>
          <w:sz w:val="23"/>
        </w:rPr>
        <w:t>四、備註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142C89" w14:paraId="331EF6F6" w14:textId="77777777">
        <w:trPr>
          <w:jc w:val="center"/>
        </w:trPr>
        <w:tc>
          <w:tcPr>
            <w:tcW w:w="1054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96FAC3" w14:textId="77777777" w:rsidR="00142C89" w:rsidRDefault="00000000">
            <w:r>
              <w:br/>
            </w:r>
          </w:p>
        </w:tc>
      </w:tr>
    </w:tbl>
    <w:p w14:paraId="45F51954" w14:textId="77777777" w:rsidR="00142C89" w:rsidRDefault="00000000">
      <w:pPr>
        <w:spacing w:before="140" w:after="40"/>
      </w:pPr>
      <w:r>
        <w:rPr>
          <w:b/>
          <w:sz w:val="23"/>
        </w:rPr>
        <w:t>五、簽核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</w:tblGrid>
      <w:tr w:rsidR="00142C89" w14:paraId="09D1E2EE" w14:textId="77777777">
        <w:trPr>
          <w:cantSplit/>
          <w:jc w:val="center"/>
        </w:trPr>
        <w:tc>
          <w:tcPr>
            <w:tcW w:w="263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D97CD0" w14:textId="77777777" w:rsidR="00142C89" w:rsidRDefault="00000000">
            <w:pPr>
              <w:jc w:val="center"/>
            </w:pPr>
            <w:r>
              <w:rPr>
                <w:b/>
              </w:rPr>
              <w:t>授課教師</w:t>
            </w:r>
          </w:p>
        </w:tc>
        <w:tc>
          <w:tcPr>
            <w:tcW w:w="263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961479" w14:textId="77777777" w:rsidR="00142C89" w:rsidRDefault="00000000">
            <w:pPr>
              <w:jc w:val="center"/>
            </w:pPr>
            <w:r>
              <w:rPr>
                <w:b/>
              </w:rPr>
              <w:t>系辦承辦人</w:t>
            </w:r>
          </w:p>
        </w:tc>
        <w:tc>
          <w:tcPr>
            <w:tcW w:w="263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9C48C9" w14:textId="77777777" w:rsidR="00142C89" w:rsidRDefault="00000000">
            <w:pPr>
              <w:jc w:val="center"/>
            </w:pPr>
            <w:r>
              <w:rPr>
                <w:b/>
              </w:rPr>
              <w:t>系主任</w:t>
            </w:r>
          </w:p>
        </w:tc>
        <w:tc>
          <w:tcPr>
            <w:tcW w:w="2635" w:type="dxa"/>
            <w:shd w:val="clear" w:color="auto" w:fill="D9E2F3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A13742" w14:textId="77777777" w:rsidR="00142C89" w:rsidRDefault="00000000">
            <w:pPr>
              <w:jc w:val="center"/>
            </w:pPr>
            <w:r>
              <w:rPr>
                <w:b/>
              </w:rPr>
              <w:t>備註</w:t>
            </w:r>
          </w:p>
        </w:tc>
      </w:tr>
      <w:tr w:rsidR="00142C89" w14:paraId="1E6E2328" w14:textId="77777777">
        <w:trPr>
          <w:cantSplit/>
          <w:jc w:val="center"/>
        </w:trPr>
        <w:tc>
          <w:tcPr>
            <w:tcW w:w="26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FB72FE" w14:textId="77777777" w:rsidR="00142C89" w:rsidRDefault="00000000">
            <w:pPr>
              <w:jc w:val="center"/>
            </w:pPr>
            <w:r>
              <w:rPr>
                <w:sz w:val="19"/>
              </w:rPr>
              <w:t>簽章：________________</w:t>
            </w:r>
          </w:p>
        </w:tc>
        <w:tc>
          <w:tcPr>
            <w:tcW w:w="26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774C64" w14:textId="77777777" w:rsidR="00142C89" w:rsidRDefault="00000000">
            <w:pPr>
              <w:jc w:val="center"/>
            </w:pPr>
            <w:r>
              <w:rPr>
                <w:sz w:val="19"/>
              </w:rPr>
              <w:t>簽章：________________</w:t>
            </w:r>
          </w:p>
        </w:tc>
        <w:tc>
          <w:tcPr>
            <w:tcW w:w="26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BA9B87" w14:textId="77777777" w:rsidR="00142C89" w:rsidRDefault="00000000">
            <w:pPr>
              <w:jc w:val="center"/>
            </w:pPr>
            <w:r>
              <w:rPr>
                <w:sz w:val="19"/>
              </w:rPr>
              <w:t>簽章：________________</w:t>
            </w:r>
          </w:p>
        </w:tc>
        <w:tc>
          <w:tcPr>
            <w:tcW w:w="26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ED65FB" w14:textId="77777777" w:rsidR="00142C89" w:rsidRDefault="00000000">
            <w:pPr>
              <w:jc w:val="center"/>
            </w:pPr>
            <w:r>
              <w:rPr>
                <w:sz w:val="19"/>
              </w:rPr>
              <w:t>日期：____年__月__日</w:t>
            </w:r>
          </w:p>
        </w:tc>
      </w:tr>
    </w:tbl>
    <w:p w14:paraId="02476843" w14:textId="77777777" w:rsidR="00142C89" w:rsidRDefault="00000000">
      <w:pPr>
        <w:spacing w:before="80"/>
        <w:rPr>
          <w:lang w:eastAsia="zh-TW"/>
        </w:rPr>
      </w:pPr>
      <w:r>
        <w:rPr>
          <w:sz w:val="17"/>
          <w:lang w:eastAsia="zh-TW"/>
        </w:rPr>
        <w:t xml:space="preserve">※ </w:t>
      </w:r>
      <w:proofErr w:type="gramStart"/>
      <w:r>
        <w:rPr>
          <w:sz w:val="17"/>
          <w:lang w:eastAsia="zh-TW"/>
        </w:rPr>
        <w:t>本表請於</w:t>
      </w:r>
      <w:proofErr w:type="gramEnd"/>
      <w:r>
        <w:rPr>
          <w:sz w:val="17"/>
          <w:lang w:eastAsia="zh-TW"/>
        </w:rPr>
        <w:t>課程時間異動</w:t>
      </w:r>
      <w:proofErr w:type="gramStart"/>
      <w:r>
        <w:rPr>
          <w:sz w:val="17"/>
          <w:lang w:eastAsia="zh-TW"/>
        </w:rPr>
        <w:t>前送系辦</w:t>
      </w:r>
      <w:proofErr w:type="gramEnd"/>
      <w:r>
        <w:rPr>
          <w:sz w:val="17"/>
          <w:lang w:eastAsia="zh-TW"/>
        </w:rPr>
        <w:t>辦理；如涉及學生修課權益或</w:t>
      </w:r>
      <w:proofErr w:type="gramStart"/>
      <w:r>
        <w:rPr>
          <w:sz w:val="17"/>
          <w:lang w:eastAsia="zh-TW"/>
        </w:rPr>
        <w:t>衝</w:t>
      </w:r>
      <w:proofErr w:type="gramEnd"/>
      <w:r>
        <w:rPr>
          <w:sz w:val="17"/>
          <w:lang w:eastAsia="zh-TW"/>
        </w:rPr>
        <w:t>堂情形，請先確認並妥善處理。</w:t>
      </w:r>
    </w:p>
    <w:sectPr w:rsidR="00142C89" w:rsidSect="00034616">
      <w:pgSz w:w="12240" w:h="15840"/>
      <w:pgMar w:top="765" w:right="850" w:bottom="709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53A30" w14:textId="77777777" w:rsidR="00A962F0" w:rsidRDefault="00A962F0" w:rsidP="00317CB0">
      <w:pPr>
        <w:spacing w:after="0" w:line="240" w:lineRule="auto"/>
      </w:pPr>
      <w:r>
        <w:separator/>
      </w:r>
    </w:p>
  </w:endnote>
  <w:endnote w:type="continuationSeparator" w:id="0">
    <w:p w14:paraId="078627DB" w14:textId="77777777" w:rsidR="00A962F0" w:rsidRDefault="00A962F0" w:rsidP="00317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13CB3" w14:textId="77777777" w:rsidR="00A962F0" w:rsidRDefault="00A962F0" w:rsidP="00317CB0">
      <w:pPr>
        <w:spacing w:after="0" w:line="240" w:lineRule="auto"/>
      </w:pPr>
      <w:r>
        <w:separator/>
      </w:r>
    </w:p>
  </w:footnote>
  <w:footnote w:type="continuationSeparator" w:id="0">
    <w:p w14:paraId="452662AE" w14:textId="77777777" w:rsidR="00A962F0" w:rsidRDefault="00A962F0" w:rsidP="00317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9349738">
    <w:abstractNumId w:val="8"/>
  </w:num>
  <w:num w:numId="2" w16cid:durableId="523715063">
    <w:abstractNumId w:val="6"/>
  </w:num>
  <w:num w:numId="3" w16cid:durableId="1908375328">
    <w:abstractNumId w:val="5"/>
  </w:num>
  <w:num w:numId="4" w16cid:durableId="198666222">
    <w:abstractNumId w:val="4"/>
  </w:num>
  <w:num w:numId="5" w16cid:durableId="2107342545">
    <w:abstractNumId w:val="7"/>
  </w:num>
  <w:num w:numId="6" w16cid:durableId="1961645785">
    <w:abstractNumId w:val="3"/>
  </w:num>
  <w:num w:numId="7" w16cid:durableId="1245650029">
    <w:abstractNumId w:val="2"/>
  </w:num>
  <w:num w:numId="8" w16cid:durableId="589237436">
    <w:abstractNumId w:val="1"/>
  </w:num>
  <w:num w:numId="9" w16cid:durableId="933168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2C89"/>
    <w:rsid w:val="0015074B"/>
    <w:rsid w:val="0029639D"/>
    <w:rsid w:val="00317CB0"/>
    <w:rsid w:val="00326F90"/>
    <w:rsid w:val="004E18E2"/>
    <w:rsid w:val="0064728C"/>
    <w:rsid w:val="00A962F0"/>
    <w:rsid w:val="00AA1D8D"/>
    <w:rsid w:val="00B47730"/>
    <w:rsid w:val="00CB0664"/>
    <w:rsid w:val="00EE2A6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46CD9B"/>
  <w14:defaultImageDpi w14:val="300"/>
  <w15:docId w15:val="{17C922FF-A48B-4536-9792-3BFC9FCC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ASUS</cp:lastModifiedBy>
  <cp:revision>3</cp:revision>
  <dcterms:created xsi:type="dcterms:W3CDTF">2013-12-23T23:15:00Z</dcterms:created>
  <dcterms:modified xsi:type="dcterms:W3CDTF">2026-09-10T07:45:00Z</dcterms:modified>
  <cp:category/>
</cp:coreProperties>
</file>